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13B8185" w14:textId="77777777" w:rsidR="00216469" w:rsidRPr="003A68AB" w:rsidRDefault="00000000">
      <w:pPr>
        <w:jc w:val="center"/>
        <w:rPr>
          <w:lang w:val="ru-RU"/>
        </w:rPr>
      </w:pPr>
      <w:r w:rsidRPr="003A68AB">
        <w:rPr>
          <w:b/>
          <w:sz w:val="34"/>
          <w:lang w:val="ru-RU"/>
        </w:rPr>
        <w:t>СТУДЕНТСЬКИЙ НАУКОВИЙ ГУРТОК</w:t>
      </w:r>
      <w:r w:rsidRPr="003A68AB">
        <w:rPr>
          <w:b/>
          <w:sz w:val="34"/>
          <w:lang w:val="ru-RU"/>
        </w:rPr>
        <w:br/>
        <w:t>«АКТУАЛЬНІ ПИТАННЯ ПЕДІАТРІЇ»</w:t>
      </w:r>
    </w:p>
    <w:p w14:paraId="72E4A06F" w14:textId="72A09D0E" w:rsidR="00216469" w:rsidRDefault="00000000">
      <w:pPr>
        <w:jc w:val="center"/>
      </w:pPr>
      <w:proofErr w:type="spellStart"/>
      <w:r>
        <w:rPr>
          <w:i/>
        </w:rPr>
        <w:t>кафедра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педіатрії</w:t>
      </w:r>
      <w:proofErr w:type="spellEnd"/>
      <w:r>
        <w:rPr>
          <w:i/>
        </w:rPr>
        <w:t xml:space="preserve"> • </w:t>
      </w:r>
      <w:r w:rsidR="0087700A">
        <w:rPr>
          <w:i/>
          <w:lang w:val="uk-UA"/>
        </w:rPr>
        <w:t xml:space="preserve">план на </w:t>
      </w:r>
      <w:r>
        <w:rPr>
          <w:i/>
        </w:rPr>
        <w:t xml:space="preserve">2026/2027 </w:t>
      </w:r>
      <w:proofErr w:type="spellStart"/>
      <w:r>
        <w:rPr>
          <w:i/>
        </w:rPr>
        <w:t>навчальний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рік</w:t>
      </w:r>
      <w:proofErr w:type="spellEnd"/>
    </w:p>
    <w:p w14:paraId="47EBA95A" w14:textId="77777777" w:rsidR="00216469" w:rsidRDefault="00000000">
      <w:pPr>
        <w:jc w:val="center"/>
      </w:pPr>
      <w:r>
        <w:rPr>
          <w:noProof/>
        </w:rPr>
        <w:drawing>
          <wp:inline distT="0" distB="0" distL="0" distR="0" wp14:anchorId="3E5FE40E" wp14:editId="7FBCBCCE">
            <wp:extent cx="5688000" cy="320120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urtok_site_photo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88000" cy="3201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CCB23E" w14:textId="77777777" w:rsidR="00216469" w:rsidRDefault="00000000">
      <w:r>
        <w:rPr>
          <w:b/>
          <w:sz w:val="28"/>
        </w:rPr>
        <w:t>Про гурток</w:t>
      </w:r>
    </w:p>
    <w:p w14:paraId="65DED87A" w14:textId="77777777" w:rsidR="00216469" w:rsidRDefault="00000000" w:rsidP="003A68AB">
      <w:pPr>
        <w:jc w:val="both"/>
      </w:pPr>
      <w:r>
        <w:t>Студентський науковий гурток «Актуальні питання педіатрії» об’єднує студентів, зацікавлених у поглибленому вивченні сучасної педіатрії, розвитку клінічного мислення, науково-дослідних навичок і принципів доказової медицини.</w:t>
      </w:r>
    </w:p>
    <w:p w14:paraId="3123A600" w14:textId="77777777" w:rsidR="00216469" w:rsidRDefault="00000000">
      <w:r>
        <w:rPr>
          <w:b/>
          <w:sz w:val="28"/>
        </w:rPr>
        <w:t>Мета та основні напрями роботи</w:t>
      </w:r>
    </w:p>
    <w:p w14:paraId="3FA41422" w14:textId="77777777" w:rsidR="00216469" w:rsidRPr="003A68AB" w:rsidRDefault="00000000">
      <w:pPr>
        <w:pStyle w:val="a0"/>
        <w:rPr>
          <w:lang w:val="ru-RU"/>
        </w:rPr>
      </w:pPr>
      <w:proofErr w:type="spellStart"/>
      <w:r w:rsidRPr="003A68AB">
        <w:rPr>
          <w:lang w:val="ru-RU"/>
        </w:rPr>
        <w:t>поглиблене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вивчення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актуальних</w:t>
      </w:r>
      <w:proofErr w:type="spellEnd"/>
      <w:r w:rsidRPr="003A68AB">
        <w:rPr>
          <w:lang w:val="ru-RU"/>
        </w:rPr>
        <w:t xml:space="preserve"> проблем </w:t>
      </w:r>
      <w:proofErr w:type="spellStart"/>
      <w:r w:rsidRPr="003A68AB">
        <w:rPr>
          <w:lang w:val="ru-RU"/>
        </w:rPr>
        <w:t>педіатрії</w:t>
      </w:r>
      <w:proofErr w:type="spellEnd"/>
      <w:r w:rsidRPr="003A68AB">
        <w:rPr>
          <w:lang w:val="ru-RU"/>
        </w:rPr>
        <w:t>;</w:t>
      </w:r>
    </w:p>
    <w:p w14:paraId="14A536CB" w14:textId="77777777" w:rsidR="00216469" w:rsidRPr="003A68AB" w:rsidRDefault="00000000">
      <w:pPr>
        <w:pStyle w:val="a0"/>
        <w:rPr>
          <w:lang w:val="ru-RU"/>
        </w:rPr>
      </w:pPr>
      <w:proofErr w:type="spellStart"/>
      <w:r w:rsidRPr="003A68AB">
        <w:rPr>
          <w:lang w:val="ru-RU"/>
        </w:rPr>
        <w:t>пошук</w:t>
      </w:r>
      <w:proofErr w:type="spellEnd"/>
      <w:r w:rsidRPr="003A68AB">
        <w:rPr>
          <w:lang w:val="ru-RU"/>
        </w:rPr>
        <w:t xml:space="preserve">, критична </w:t>
      </w:r>
      <w:proofErr w:type="spellStart"/>
      <w:r w:rsidRPr="003A68AB">
        <w:rPr>
          <w:lang w:val="ru-RU"/>
        </w:rPr>
        <w:t>оцінка</w:t>
      </w:r>
      <w:proofErr w:type="spellEnd"/>
      <w:r w:rsidRPr="003A68AB">
        <w:rPr>
          <w:lang w:val="ru-RU"/>
        </w:rPr>
        <w:t xml:space="preserve"> та </w:t>
      </w:r>
      <w:proofErr w:type="spellStart"/>
      <w:r w:rsidRPr="003A68AB">
        <w:rPr>
          <w:lang w:val="ru-RU"/>
        </w:rPr>
        <w:t>узагальнення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наукової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інформації</w:t>
      </w:r>
      <w:proofErr w:type="spellEnd"/>
      <w:r w:rsidRPr="003A68AB">
        <w:rPr>
          <w:lang w:val="ru-RU"/>
        </w:rPr>
        <w:t>;</w:t>
      </w:r>
    </w:p>
    <w:p w14:paraId="2133C671" w14:textId="77777777" w:rsidR="00216469" w:rsidRPr="003A68AB" w:rsidRDefault="00000000">
      <w:pPr>
        <w:pStyle w:val="a0"/>
        <w:rPr>
          <w:lang w:val="ru-RU"/>
        </w:rPr>
      </w:pPr>
      <w:proofErr w:type="spellStart"/>
      <w:r w:rsidRPr="003A68AB">
        <w:rPr>
          <w:lang w:val="ru-RU"/>
        </w:rPr>
        <w:t>аналіз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клінічних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випадків</w:t>
      </w:r>
      <w:proofErr w:type="spellEnd"/>
      <w:r w:rsidRPr="003A68AB">
        <w:rPr>
          <w:lang w:val="ru-RU"/>
        </w:rPr>
        <w:t xml:space="preserve"> і </w:t>
      </w:r>
      <w:proofErr w:type="spellStart"/>
      <w:r w:rsidRPr="003A68AB">
        <w:rPr>
          <w:lang w:val="ru-RU"/>
        </w:rPr>
        <w:t>сучасних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рекомендацій</w:t>
      </w:r>
      <w:proofErr w:type="spellEnd"/>
      <w:r w:rsidRPr="003A68AB">
        <w:rPr>
          <w:lang w:val="ru-RU"/>
        </w:rPr>
        <w:t xml:space="preserve"> у </w:t>
      </w:r>
      <w:proofErr w:type="spellStart"/>
      <w:r w:rsidRPr="003A68AB">
        <w:rPr>
          <w:lang w:val="ru-RU"/>
        </w:rPr>
        <w:t>педіатричній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практиці</w:t>
      </w:r>
      <w:proofErr w:type="spellEnd"/>
      <w:r w:rsidRPr="003A68AB">
        <w:rPr>
          <w:lang w:val="ru-RU"/>
        </w:rPr>
        <w:t>;</w:t>
      </w:r>
    </w:p>
    <w:p w14:paraId="5A509578" w14:textId="77777777" w:rsidR="00216469" w:rsidRPr="003A68AB" w:rsidRDefault="00000000">
      <w:pPr>
        <w:pStyle w:val="a0"/>
        <w:rPr>
          <w:lang w:val="ru-RU"/>
        </w:rPr>
      </w:pPr>
      <w:proofErr w:type="spellStart"/>
      <w:r w:rsidRPr="003A68AB">
        <w:rPr>
          <w:lang w:val="ru-RU"/>
        </w:rPr>
        <w:t>підготовка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студентських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наукових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доповідей</w:t>
      </w:r>
      <w:proofErr w:type="spellEnd"/>
      <w:r w:rsidRPr="003A68AB">
        <w:rPr>
          <w:lang w:val="ru-RU"/>
        </w:rPr>
        <w:t xml:space="preserve">, тез і </w:t>
      </w:r>
      <w:proofErr w:type="spellStart"/>
      <w:r w:rsidRPr="003A68AB">
        <w:rPr>
          <w:lang w:val="ru-RU"/>
        </w:rPr>
        <w:t>публікацій</w:t>
      </w:r>
      <w:proofErr w:type="spellEnd"/>
      <w:r w:rsidRPr="003A68AB">
        <w:rPr>
          <w:lang w:val="ru-RU"/>
        </w:rPr>
        <w:t>;</w:t>
      </w:r>
    </w:p>
    <w:p w14:paraId="6083142D" w14:textId="77777777" w:rsidR="00216469" w:rsidRPr="003A68AB" w:rsidRDefault="00000000">
      <w:pPr>
        <w:pStyle w:val="a0"/>
        <w:rPr>
          <w:lang w:val="ru-RU"/>
        </w:rPr>
      </w:pPr>
      <w:r w:rsidRPr="003A68AB">
        <w:rPr>
          <w:lang w:val="ru-RU"/>
        </w:rPr>
        <w:t xml:space="preserve">участь у </w:t>
      </w:r>
      <w:proofErr w:type="spellStart"/>
      <w:r w:rsidRPr="003A68AB">
        <w:rPr>
          <w:lang w:val="ru-RU"/>
        </w:rPr>
        <w:t>науково-практичних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конференціях</w:t>
      </w:r>
      <w:proofErr w:type="spellEnd"/>
      <w:r w:rsidRPr="003A68AB">
        <w:rPr>
          <w:lang w:val="ru-RU"/>
        </w:rPr>
        <w:t xml:space="preserve">, конкурсах та </w:t>
      </w:r>
      <w:proofErr w:type="spellStart"/>
      <w:r w:rsidRPr="003A68AB">
        <w:rPr>
          <w:lang w:val="ru-RU"/>
        </w:rPr>
        <w:t>інших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академічних</w:t>
      </w:r>
      <w:proofErr w:type="spellEnd"/>
      <w:r w:rsidRPr="003A68AB">
        <w:rPr>
          <w:lang w:val="ru-RU"/>
        </w:rPr>
        <w:t xml:space="preserve"> заходах;</w:t>
      </w:r>
    </w:p>
    <w:p w14:paraId="1FA9FEA8" w14:textId="77777777" w:rsidR="00216469" w:rsidRPr="003A68AB" w:rsidRDefault="00000000">
      <w:pPr>
        <w:pStyle w:val="a0"/>
        <w:rPr>
          <w:lang w:val="ru-RU"/>
        </w:rPr>
      </w:pPr>
      <w:proofErr w:type="spellStart"/>
      <w:r w:rsidRPr="003A68AB">
        <w:rPr>
          <w:lang w:val="ru-RU"/>
        </w:rPr>
        <w:t>розвиток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навичок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публічної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презентації</w:t>
      </w:r>
      <w:proofErr w:type="spellEnd"/>
      <w:r w:rsidRPr="003A68AB">
        <w:rPr>
          <w:lang w:val="ru-RU"/>
        </w:rPr>
        <w:t xml:space="preserve"> та </w:t>
      </w:r>
      <w:proofErr w:type="spellStart"/>
      <w:r w:rsidRPr="003A68AB">
        <w:rPr>
          <w:lang w:val="ru-RU"/>
        </w:rPr>
        <w:t>академічної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доброчесності</w:t>
      </w:r>
      <w:proofErr w:type="spellEnd"/>
      <w:r w:rsidRPr="003A68AB">
        <w:rPr>
          <w:lang w:val="ru-RU"/>
        </w:rPr>
        <w:t>.</w:t>
      </w:r>
    </w:p>
    <w:p w14:paraId="579B339E" w14:textId="77777777" w:rsidR="00216469" w:rsidRPr="003A68AB" w:rsidRDefault="00000000">
      <w:pPr>
        <w:rPr>
          <w:lang w:val="ru-RU"/>
        </w:rPr>
      </w:pPr>
      <w:r w:rsidRPr="003A68AB">
        <w:rPr>
          <w:b/>
          <w:sz w:val="28"/>
          <w:lang w:val="ru-RU"/>
        </w:rPr>
        <w:t xml:space="preserve">Формат </w:t>
      </w:r>
      <w:proofErr w:type="spellStart"/>
      <w:r w:rsidRPr="003A68AB">
        <w:rPr>
          <w:b/>
          <w:sz w:val="28"/>
          <w:lang w:val="ru-RU"/>
        </w:rPr>
        <w:t>роботи</w:t>
      </w:r>
      <w:proofErr w:type="spellEnd"/>
    </w:p>
    <w:p w14:paraId="78182443" w14:textId="77777777" w:rsidR="00216469" w:rsidRPr="003A68AB" w:rsidRDefault="00000000">
      <w:pPr>
        <w:rPr>
          <w:lang w:val="ru-RU"/>
        </w:rPr>
      </w:pPr>
      <w:proofErr w:type="spellStart"/>
      <w:r w:rsidRPr="003A68AB">
        <w:rPr>
          <w:lang w:val="ru-RU"/>
        </w:rPr>
        <w:t>Очні</w:t>
      </w:r>
      <w:proofErr w:type="spellEnd"/>
      <w:r w:rsidRPr="003A68AB">
        <w:rPr>
          <w:lang w:val="ru-RU"/>
        </w:rPr>
        <w:t xml:space="preserve"> та </w:t>
      </w:r>
      <w:proofErr w:type="spellStart"/>
      <w:r w:rsidRPr="003A68AB">
        <w:rPr>
          <w:lang w:val="ru-RU"/>
        </w:rPr>
        <w:t>дистанційні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засідання</w:t>
      </w:r>
      <w:proofErr w:type="spellEnd"/>
      <w:r w:rsidRPr="003A68AB">
        <w:rPr>
          <w:lang w:val="ru-RU"/>
        </w:rPr>
        <w:t xml:space="preserve">, </w:t>
      </w:r>
      <w:proofErr w:type="spellStart"/>
      <w:r w:rsidRPr="003A68AB">
        <w:rPr>
          <w:lang w:val="ru-RU"/>
        </w:rPr>
        <w:t>наукові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доповіді</w:t>
      </w:r>
      <w:proofErr w:type="spellEnd"/>
      <w:r w:rsidRPr="003A68AB">
        <w:rPr>
          <w:lang w:val="ru-RU"/>
        </w:rPr>
        <w:t xml:space="preserve">, </w:t>
      </w:r>
      <w:proofErr w:type="spellStart"/>
      <w:r w:rsidRPr="003A68AB">
        <w:rPr>
          <w:lang w:val="ru-RU"/>
        </w:rPr>
        <w:t>клінічні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розбори</w:t>
      </w:r>
      <w:proofErr w:type="spellEnd"/>
      <w:r w:rsidRPr="003A68AB">
        <w:rPr>
          <w:lang w:val="ru-RU"/>
        </w:rPr>
        <w:t xml:space="preserve">, </w:t>
      </w:r>
      <w:proofErr w:type="spellStart"/>
      <w:r w:rsidRPr="003A68AB">
        <w:rPr>
          <w:lang w:val="ru-RU"/>
        </w:rPr>
        <w:t>підготовка</w:t>
      </w:r>
      <w:proofErr w:type="spellEnd"/>
      <w:r w:rsidRPr="003A68AB">
        <w:rPr>
          <w:lang w:val="ru-RU"/>
        </w:rPr>
        <w:t xml:space="preserve"> тез, участь у </w:t>
      </w:r>
      <w:proofErr w:type="spellStart"/>
      <w:r w:rsidRPr="003A68AB">
        <w:rPr>
          <w:lang w:val="ru-RU"/>
        </w:rPr>
        <w:t>конференціях</w:t>
      </w:r>
      <w:proofErr w:type="spellEnd"/>
      <w:r w:rsidRPr="003A68AB">
        <w:rPr>
          <w:lang w:val="ru-RU"/>
        </w:rPr>
        <w:t xml:space="preserve"> і конкурсах.</w:t>
      </w:r>
    </w:p>
    <w:p w14:paraId="513425CF" w14:textId="77777777" w:rsidR="00216469" w:rsidRDefault="00000000">
      <w:r>
        <w:rPr>
          <w:b/>
          <w:sz w:val="28"/>
        </w:rPr>
        <w:t xml:space="preserve">Тематика </w:t>
      </w:r>
      <w:proofErr w:type="spellStart"/>
      <w:r>
        <w:rPr>
          <w:b/>
          <w:sz w:val="28"/>
        </w:rPr>
        <w:t>засідань</w:t>
      </w:r>
      <w:proofErr w:type="spellEnd"/>
      <w:r>
        <w:rPr>
          <w:b/>
          <w:sz w:val="28"/>
        </w:rPr>
        <w:t xml:space="preserve"> у 2026/2027 </w:t>
      </w:r>
      <w:proofErr w:type="spellStart"/>
      <w:r>
        <w:rPr>
          <w:b/>
          <w:sz w:val="28"/>
        </w:rPr>
        <w:t>навчальному</w:t>
      </w:r>
      <w:proofErr w:type="spellEnd"/>
      <w:r>
        <w:rPr>
          <w:b/>
          <w:sz w:val="28"/>
        </w:rPr>
        <w:t xml:space="preserve"> році</w:t>
      </w:r>
    </w:p>
    <w:p w14:paraId="589B5F9F" w14:textId="77777777" w:rsidR="00216469" w:rsidRDefault="00000000">
      <w:pPr>
        <w:pStyle w:val="a0"/>
      </w:pPr>
      <w:r>
        <w:t>Молекулярні аспекти алергодіагностики.</w:t>
      </w:r>
    </w:p>
    <w:p w14:paraId="5BB04667" w14:textId="77777777" w:rsidR="00216469" w:rsidRDefault="00000000">
      <w:pPr>
        <w:pStyle w:val="a0"/>
      </w:pPr>
      <w:r>
        <w:t>Новонароджений – ключ до здоров’я.</w:t>
      </w:r>
    </w:p>
    <w:p w14:paraId="1489CFFC" w14:textId="77777777" w:rsidR="00216469" w:rsidRPr="003A68AB" w:rsidRDefault="00000000">
      <w:pPr>
        <w:pStyle w:val="a0"/>
        <w:rPr>
          <w:lang w:val="ru-RU"/>
        </w:rPr>
      </w:pPr>
      <w:r w:rsidRPr="003A68AB">
        <w:rPr>
          <w:lang w:val="ru-RU"/>
        </w:rPr>
        <w:lastRenderedPageBreak/>
        <w:t xml:space="preserve">Донор-драйв – донорство </w:t>
      </w:r>
      <w:proofErr w:type="spellStart"/>
      <w:r w:rsidRPr="003A68AB">
        <w:rPr>
          <w:lang w:val="ru-RU"/>
        </w:rPr>
        <w:t>кісткового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мозку</w:t>
      </w:r>
      <w:proofErr w:type="spellEnd"/>
      <w:r w:rsidRPr="003A68AB">
        <w:rPr>
          <w:lang w:val="ru-RU"/>
        </w:rPr>
        <w:t xml:space="preserve"> в </w:t>
      </w:r>
      <w:proofErr w:type="spellStart"/>
      <w:r w:rsidRPr="003A68AB">
        <w:rPr>
          <w:lang w:val="ru-RU"/>
        </w:rPr>
        <w:t>Україні</w:t>
      </w:r>
      <w:proofErr w:type="spellEnd"/>
      <w:r w:rsidRPr="003A68AB">
        <w:rPr>
          <w:lang w:val="ru-RU"/>
        </w:rPr>
        <w:t>.</w:t>
      </w:r>
    </w:p>
    <w:p w14:paraId="05FCC5FA" w14:textId="77777777" w:rsidR="00216469" w:rsidRPr="003A68AB" w:rsidRDefault="00000000">
      <w:pPr>
        <w:pStyle w:val="a0"/>
        <w:rPr>
          <w:lang w:val="ru-RU"/>
        </w:rPr>
      </w:pPr>
      <w:proofErr w:type="spellStart"/>
      <w:r w:rsidRPr="003A68AB">
        <w:rPr>
          <w:lang w:val="ru-RU"/>
        </w:rPr>
        <w:t>Інфекційний</w:t>
      </w:r>
      <w:proofErr w:type="spellEnd"/>
      <w:r w:rsidRPr="003A68AB">
        <w:rPr>
          <w:lang w:val="ru-RU"/>
        </w:rPr>
        <w:t xml:space="preserve"> контроль у </w:t>
      </w:r>
      <w:proofErr w:type="spellStart"/>
      <w:r w:rsidRPr="003A68AB">
        <w:rPr>
          <w:lang w:val="ru-RU"/>
        </w:rPr>
        <w:t>педіатричній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клінічній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практиці</w:t>
      </w:r>
      <w:proofErr w:type="spellEnd"/>
      <w:r w:rsidRPr="003A68AB">
        <w:rPr>
          <w:lang w:val="ru-RU"/>
        </w:rPr>
        <w:t xml:space="preserve">: </w:t>
      </w:r>
      <w:proofErr w:type="spellStart"/>
      <w:r w:rsidRPr="003A68AB">
        <w:rPr>
          <w:lang w:val="ru-RU"/>
        </w:rPr>
        <w:t>від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оцінки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ризиків</w:t>
      </w:r>
      <w:proofErr w:type="spellEnd"/>
      <w:r w:rsidRPr="003A68AB">
        <w:rPr>
          <w:lang w:val="ru-RU"/>
        </w:rPr>
        <w:t xml:space="preserve"> до </w:t>
      </w:r>
      <w:proofErr w:type="spellStart"/>
      <w:r w:rsidRPr="003A68AB">
        <w:rPr>
          <w:lang w:val="ru-RU"/>
        </w:rPr>
        <w:t>впровадження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безпечних</w:t>
      </w:r>
      <w:proofErr w:type="spellEnd"/>
      <w:r w:rsidRPr="003A68AB">
        <w:rPr>
          <w:lang w:val="ru-RU"/>
        </w:rPr>
        <w:t xml:space="preserve"> практик.</w:t>
      </w:r>
    </w:p>
    <w:p w14:paraId="4D43A99D" w14:textId="77777777" w:rsidR="00216469" w:rsidRPr="003A68AB" w:rsidRDefault="00000000">
      <w:pPr>
        <w:pStyle w:val="a0"/>
        <w:rPr>
          <w:lang w:val="ru-RU"/>
        </w:rPr>
      </w:pPr>
      <w:proofErr w:type="spellStart"/>
      <w:r w:rsidRPr="003A68AB">
        <w:rPr>
          <w:lang w:val="ru-RU"/>
        </w:rPr>
        <w:t>Діагностичний</w:t>
      </w:r>
      <w:proofErr w:type="spellEnd"/>
      <w:r w:rsidRPr="003A68AB">
        <w:rPr>
          <w:lang w:val="ru-RU"/>
        </w:rPr>
        <w:t xml:space="preserve"> детектив: </w:t>
      </w:r>
      <w:proofErr w:type="spellStart"/>
      <w:r w:rsidRPr="003A68AB">
        <w:rPr>
          <w:lang w:val="ru-RU"/>
        </w:rPr>
        <w:t>від</w:t>
      </w:r>
      <w:proofErr w:type="spellEnd"/>
      <w:r w:rsidRPr="003A68AB">
        <w:rPr>
          <w:lang w:val="ru-RU"/>
        </w:rPr>
        <w:t xml:space="preserve"> симптому до </w:t>
      </w:r>
      <w:proofErr w:type="spellStart"/>
      <w:r w:rsidRPr="003A68AB">
        <w:rPr>
          <w:lang w:val="ru-RU"/>
        </w:rPr>
        <w:t>діагнозу</w:t>
      </w:r>
      <w:proofErr w:type="spellEnd"/>
      <w:r w:rsidRPr="003A68AB">
        <w:rPr>
          <w:lang w:val="ru-RU"/>
        </w:rPr>
        <w:t xml:space="preserve"> – </w:t>
      </w:r>
      <w:r>
        <w:t>clinical</w:t>
      </w:r>
      <w:r w:rsidRPr="003A68AB">
        <w:rPr>
          <w:lang w:val="ru-RU"/>
        </w:rPr>
        <w:t xml:space="preserve"> </w:t>
      </w:r>
      <w:r>
        <w:t>case</w:t>
      </w:r>
      <w:r w:rsidRPr="003A68AB">
        <w:rPr>
          <w:lang w:val="ru-RU"/>
        </w:rPr>
        <w:t xml:space="preserve"> </w:t>
      </w:r>
      <w:r>
        <w:t>discussion</w:t>
      </w:r>
      <w:r w:rsidRPr="003A68AB">
        <w:rPr>
          <w:lang w:val="ru-RU"/>
        </w:rPr>
        <w:t>.</w:t>
      </w:r>
    </w:p>
    <w:p w14:paraId="37CEC2CE" w14:textId="77777777" w:rsidR="00216469" w:rsidRPr="003A68AB" w:rsidRDefault="00000000">
      <w:pPr>
        <w:pStyle w:val="a0"/>
        <w:rPr>
          <w:lang w:val="ru-RU"/>
        </w:rPr>
      </w:pPr>
      <w:proofErr w:type="spellStart"/>
      <w:r w:rsidRPr="003A68AB">
        <w:rPr>
          <w:lang w:val="ru-RU"/>
        </w:rPr>
        <w:t>Клінічний</w:t>
      </w:r>
      <w:proofErr w:type="spellEnd"/>
      <w:r w:rsidRPr="003A68AB">
        <w:rPr>
          <w:lang w:val="ru-RU"/>
        </w:rPr>
        <w:t xml:space="preserve"> квест: </w:t>
      </w:r>
      <w:proofErr w:type="spellStart"/>
      <w:r w:rsidRPr="003A68AB">
        <w:rPr>
          <w:lang w:val="ru-RU"/>
        </w:rPr>
        <w:t>нестандартні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екзантеми</w:t>
      </w:r>
      <w:proofErr w:type="spellEnd"/>
      <w:r w:rsidRPr="003A68AB">
        <w:rPr>
          <w:lang w:val="ru-RU"/>
        </w:rPr>
        <w:t xml:space="preserve"> в </w:t>
      </w:r>
      <w:proofErr w:type="spellStart"/>
      <w:r w:rsidRPr="003A68AB">
        <w:rPr>
          <w:lang w:val="ru-RU"/>
        </w:rPr>
        <w:t>педіатричній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практиці</w:t>
      </w:r>
      <w:proofErr w:type="spellEnd"/>
      <w:r w:rsidRPr="003A68AB">
        <w:rPr>
          <w:lang w:val="ru-RU"/>
        </w:rPr>
        <w:t>.</w:t>
      </w:r>
    </w:p>
    <w:p w14:paraId="1214195A" w14:textId="77777777" w:rsidR="00216469" w:rsidRPr="003A68AB" w:rsidRDefault="00000000">
      <w:pPr>
        <w:pStyle w:val="a0"/>
        <w:rPr>
          <w:lang w:val="ru-RU"/>
        </w:rPr>
      </w:pPr>
      <w:proofErr w:type="spellStart"/>
      <w:r w:rsidRPr="003A68AB">
        <w:rPr>
          <w:lang w:val="ru-RU"/>
        </w:rPr>
        <w:t>Абетка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діагностики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серцево-судинних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захворювань</w:t>
      </w:r>
      <w:proofErr w:type="spellEnd"/>
      <w:r w:rsidRPr="003A68AB">
        <w:rPr>
          <w:lang w:val="ru-RU"/>
        </w:rPr>
        <w:t xml:space="preserve"> у </w:t>
      </w:r>
      <w:proofErr w:type="spellStart"/>
      <w:r w:rsidRPr="003A68AB">
        <w:rPr>
          <w:lang w:val="ru-RU"/>
        </w:rPr>
        <w:t>дітей</w:t>
      </w:r>
      <w:proofErr w:type="spellEnd"/>
      <w:r w:rsidRPr="003A68AB">
        <w:rPr>
          <w:lang w:val="ru-RU"/>
        </w:rPr>
        <w:t>.</w:t>
      </w:r>
    </w:p>
    <w:p w14:paraId="281D543C" w14:textId="77777777" w:rsidR="00216469" w:rsidRDefault="00000000">
      <w:pPr>
        <w:pStyle w:val="a0"/>
      </w:pPr>
      <w:proofErr w:type="spellStart"/>
      <w:r>
        <w:t>Міфи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грудне</w:t>
      </w:r>
      <w:proofErr w:type="spellEnd"/>
      <w:r>
        <w:t xml:space="preserve"> </w:t>
      </w:r>
      <w:proofErr w:type="spellStart"/>
      <w:r>
        <w:t>вигодовування</w:t>
      </w:r>
      <w:proofErr w:type="spellEnd"/>
      <w:r>
        <w:t>.</w:t>
      </w:r>
    </w:p>
    <w:p w14:paraId="083540AA" w14:textId="77777777" w:rsidR="00216469" w:rsidRPr="003A68AB" w:rsidRDefault="00000000">
      <w:pPr>
        <w:pStyle w:val="a0"/>
        <w:rPr>
          <w:lang w:val="ru-RU"/>
        </w:rPr>
      </w:pPr>
      <w:proofErr w:type="spellStart"/>
      <w:r w:rsidRPr="003A68AB">
        <w:rPr>
          <w:lang w:val="ru-RU"/>
        </w:rPr>
        <w:t>Педіатр</w:t>
      </w:r>
      <w:proofErr w:type="spellEnd"/>
      <w:r w:rsidRPr="003A68AB">
        <w:rPr>
          <w:lang w:val="ru-RU"/>
        </w:rPr>
        <w:t xml:space="preserve"> </w:t>
      </w:r>
      <w:r>
        <w:t>vs</w:t>
      </w:r>
      <w:r w:rsidRPr="003A68AB">
        <w:rPr>
          <w:lang w:val="ru-RU"/>
        </w:rPr>
        <w:t xml:space="preserve"> </w:t>
      </w:r>
      <w:r>
        <w:t>ChatGPT</w:t>
      </w:r>
      <w:r w:rsidRPr="003A68AB">
        <w:rPr>
          <w:lang w:val="ru-RU"/>
        </w:rPr>
        <w:t xml:space="preserve">: битва </w:t>
      </w:r>
      <w:proofErr w:type="spellStart"/>
      <w:r w:rsidRPr="003A68AB">
        <w:rPr>
          <w:lang w:val="ru-RU"/>
        </w:rPr>
        <w:t>клінічного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мислення</w:t>
      </w:r>
      <w:proofErr w:type="spellEnd"/>
      <w:r w:rsidRPr="003A68AB">
        <w:rPr>
          <w:lang w:val="ru-RU"/>
        </w:rPr>
        <w:t xml:space="preserve"> на </w:t>
      </w:r>
      <w:proofErr w:type="spellStart"/>
      <w:r w:rsidRPr="003A68AB">
        <w:rPr>
          <w:lang w:val="ru-RU"/>
        </w:rPr>
        <w:t>реальних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педіатричних</w:t>
      </w:r>
      <w:proofErr w:type="spellEnd"/>
      <w:r w:rsidRPr="003A68AB">
        <w:rPr>
          <w:lang w:val="ru-RU"/>
        </w:rPr>
        <w:t xml:space="preserve"> кейсах.</w:t>
      </w:r>
    </w:p>
    <w:p w14:paraId="7DFE7C71" w14:textId="77777777" w:rsidR="00216469" w:rsidRPr="003A68AB" w:rsidRDefault="00000000">
      <w:pPr>
        <w:pStyle w:val="a0"/>
        <w:rPr>
          <w:lang w:val="ru-RU"/>
        </w:rPr>
      </w:pPr>
      <w:proofErr w:type="spellStart"/>
      <w:r w:rsidRPr="003A68AB">
        <w:rPr>
          <w:lang w:val="ru-RU"/>
        </w:rPr>
        <w:t>Сучасна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діагностика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гіпотиреозу</w:t>
      </w:r>
      <w:proofErr w:type="spellEnd"/>
      <w:r w:rsidRPr="003A68AB">
        <w:rPr>
          <w:lang w:val="ru-RU"/>
        </w:rPr>
        <w:t xml:space="preserve"> у </w:t>
      </w:r>
      <w:proofErr w:type="spellStart"/>
      <w:r w:rsidRPr="003A68AB">
        <w:rPr>
          <w:lang w:val="ru-RU"/>
        </w:rPr>
        <w:t>дітей</w:t>
      </w:r>
      <w:proofErr w:type="spellEnd"/>
      <w:r w:rsidRPr="003A68AB">
        <w:rPr>
          <w:lang w:val="ru-RU"/>
        </w:rPr>
        <w:t>.</w:t>
      </w:r>
    </w:p>
    <w:p w14:paraId="26F8EE38" w14:textId="77777777" w:rsidR="00216469" w:rsidRPr="003A68AB" w:rsidRDefault="00000000">
      <w:pPr>
        <w:rPr>
          <w:lang w:val="ru-RU"/>
        </w:rPr>
      </w:pPr>
      <w:proofErr w:type="spellStart"/>
      <w:r w:rsidRPr="003A68AB">
        <w:rPr>
          <w:b/>
          <w:sz w:val="28"/>
          <w:lang w:val="ru-RU"/>
        </w:rPr>
        <w:t>Наукова</w:t>
      </w:r>
      <w:proofErr w:type="spellEnd"/>
      <w:r w:rsidRPr="003A68AB">
        <w:rPr>
          <w:b/>
          <w:sz w:val="28"/>
          <w:lang w:val="ru-RU"/>
        </w:rPr>
        <w:t xml:space="preserve"> </w:t>
      </w:r>
      <w:proofErr w:type="spellStart"/>
      <w:r w:rsidRPr="003A68AB">
        <w:rPr>
          <w:b/>
          <w:sz w:val="28"/>
          <w:lang w:val="ru-RU"/>
        </w:rPr>
        <w:t>активність</w:t>
      </w:r>
      <w:proofErr w:type="spellEnd"/>
    </w:p>
    <w:p w14:paraId="36D794DD" w14:textId="77777777" w:rsidR="00216469" w:rsidRPr="003A68AB" w:rsidRDefault="00000000" w:rsidP="003A68AB">
      <w:pPr>
        <w:jc w:val="both"/>
        <w:rPr>
          <w:lang w:val="ru-RU"/>
        </w:rPr>
      </w:pPr>
      <w:r w:rsidRPr="003A68AB">
        <w:rPr>
          <w:lang w:val="ru-RU"/>
        </w:rPr>
        <w:t xml:space="preserve">У 2026 </w:t>
      </w:r>
      <w:proofErr w:type="spellStart"/>
      <w:r w:rsidRPr="003A68AB">
        <w:rPr>
          <w:lang w:val="ru-RU"/>
        </w:rPr>
        <w:t>році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представники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студентської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наукової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роботи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кафедри</w:t>
      </w:r>
      <w:proofErr w:type="spellEnd"/>
      <w:r w:rsidRPr="003A68AB">
        <w:rPr>
          <w:lang w:val="ru-RU"/>
        </w:rPr>
        <w:t xml:space="preserve"> брали участь у </w:t>
      </w:r>
      <w:proofErr w:type="spellStart"/>
      <w:r w:rsidRPr="003A68AB">
        <w:rPr>
          <w:lang w:val="ru-RU"/>
        </w:rPr>
        <w:t>Міжнародній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медичній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конференції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студентів</w:t>
      </w:r>
      <w:proofErr w:type="spellEnd"/>
      <w:r w:rsidRPr="003A68AB">
        <w:rPr>
          <w:lang w:val="ru-RU"/>
        </w:rPr>
        <w:t xml:space="preserve">, </w:t>
      </w:r>
      <w:proofErr w:type="spellStart"/>
      <w:r w:rsidRPr="003A68AB">
        <w:rPr>
          <w:lang w:val="ru-RU"/>
        </w:rPr>
        <w:t>аспірантів</w:t>
      </w:r>
      <w:proofErr w:type="spellEnd"/>
      <w:r w:rsidRPr="003A68AB">
        <w:rPr>
          <w:lang w:val="ru-RU"/>
        </w:rPr>
        <w:t xml:space="preserve"> та </w:t>
      </w:r>
      <w:proofErr w:type="spellStart"/>
      <w:r w:rsidRPr="003A68AB">
        <w:rPr>
          <w:lang w:val="ru-RU"/>
        </w:rPr>
        <w:t>молодих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вчених</w:t>
      </w:r>
      <w:proofErr w:type="spellEnd"/>
      <w:r w:rsidRPr="003A68AB">
        <w:rPr>
          <w:lang w:val="ru-RU"/>
        </w:rPr>
        <w:t xml:space="preserve"> </w:t>
      </w:r>
      <w:r>
        <w:t>Biomedical</w:t>
      </w:r>
      <w:r w:rsidRPr="003A68AB">
        <w:rPr>
          <w:lang w:val="ru-RU"/>
        </w:rPr>
        <w:t xml:space="preserve"> </w:t>
      </w:r>
      <w:r>
        <w:t>Perspectives</w:t>
      </w:r>
      <w:r w:rsidRPr="003A68AB">
        <w:rPr>
          <w:lang w:val="ru-RU"/>
        </w:rPr>
        <w:t xml:space="preserve"> </w:t>
      </w:r>
      <w:r>
        <w:t>VI</w:t>
      </w:r>
      <w:r w:rsidRPr="003A68AB">
        <w:rPr>
          <w:lang w:val="ru-RU"/>
        </w:rPr>
        <w:t xml:space="preserve"> (</w:t>
      </w:r>
      <w:proofErr w:type="spellStart"/>
      <w:r w:rsidRPr="003A68AB">
        <w:rPr>
          <w:lang w:val="ru-RU"/>
        </w:rPr>
        <w:t>Суми</w:t>
      </w:r>
      <w:proofErr w:type="spellEnd"/>
      <w:r w:rsidRPr="003A68AB">
        <w:rPr>
          <w:lang w:val="ru-RU"/>
        </w:rPr>
        <w:t xml:space="preserve">, 23–24 </w:t>
      </w:r>
      <w:proofErr w:type="spellStart"/>
      <w:r w:rsidRPr="003A68AB">
        <w:rPr>
          <w:lang w:val="ru-RU"/>
        </w:rPr>
        <w:t>квітня</w:t>
      </w:r>
      <w:proofErr w:type="spellEnd"/>
      <w:r w:rsidRPr="003A68AB">
        <w:rPr>
          <w:lang w:val="ru-RU"/>
        </w:rPr>
        <w:t xml:space="preserve"> 2026 року), </w:t>
      </w:r>
      <w:proofErr w:type="spellStart"/>
      <w:r w:rsidRPr="003A68AB">
        <w:rPr>
          <w:lang w:val="ru-RU"/>
        </w:rPr>
        <w:t>зокрема</w:t>
      </w:r>
      <w:proofErr w:type="spellEnd"/>
      <w:r w:rsidRPr="003A68AB">
        <w:rPr>
          <w:lang w:val="ru-RU"/>
        </w:rPr>
        <w:t xml:space="preserve"> з роботами з </w:t>
      </w:r>
      <w:proofErr w:type="spellStart"/>
      <w:r w:rsidRPr="003A68AB">
        <w:rPr>
          <w:lang w:val="ru-RU"/>
        </w:rPr>
        <w:t>антимікробної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резистентності</w:t>
      </w:r>
      <w:proofErr w:type="spellEnd"/>
      <w:r w:rsidRPr="003A68AB">
        <w:rPr>
          <w:lang w:val="ru-RU"/>
        </w:rPr>
        <w:t xml:space="preserve"> у </w:t>
      </w:r>
      <w:proofErr w:type="spellStart"/>
      <w:r w:rsidRPr="003A68AB">
        <w:rPr>
          <w:lang w:val="ru-RU"/>
        </w:rPr>
        <w:t>педіатричній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практиці</w:t>
      </w:r>
      <w:proofErr w:type="spellEnd"/>
      <w:r w:rsidRPr="003A68AB">
        <w:rPr>
          <w:lang w:val="ru-RU"/>
        </w:rPr>
        <w:t xml:space="preserve">, </w:t>
      </w:r>
      <w:proofErr w:type="spellStart"/>
      <w:r w:rsidRPr="003A68AB">
        <w:rPr>
          <w:lang w:val="ru-RU"/>
        </w:rPr>
        <w:t>надлишкової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маси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тіла</w:t>
      </w:r>
      <w:proofErr w:type="spellEnd"/>
      <w:r w:rsidRPr="003A68AB">
        <w:rPr>
          <w:lang w:val="ru-RU"/>
        </w:rPr>
        <w:t xml:space="preserve"> та </w:t>
      </w:r>
      <w:proofErr w:type="spellStart"/>
      <w:r w:rsidRPr="003A68AB">
        <w:rPr>
          <w:lang w:val="ru-RU"/>
        </w:rPr>
        <w:t>хронічного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тонзиліту</w:t>
      </w:r>
      <w:proofErr w:type="spellEnd"/>
      <w:r w:rsidRPr="003A68AB">
        <w:rPr>
          <w:lang w:val="ru-RU"/>
        </w:rPr>
        <w:t xml:space="preserve">, </w:t>
      </w:r>
      <w:proofErr w:type="spellStart"/>
      <w:r w:rsidRPr="003A68AB">
        <w:rPr>
          <w:lang w:val="ru-RU"/>
        </w:rPr>
        <w:t>залізодефіцитної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анемії</w:t>
      </w:r>
      <w:proofErr w:type="spellEnd"/>
      <w:r w:rsidRPr="003A68AB">
        <w:rPr>
          <w:lang w:val="ru-RU"/>
        </w:rPr>
        <w:t xml:space="preserve"> у </w:t>
      </w:r>
      <w:proofErr w:type="spellStart"/>
      <w:r w:rsidRPr="003A68AB">
        <w:rPr>
          <w:lang w:val="ru-RU"/>
        </w:rPr>
        <w:t>дітей</w:t>
      </w:r>
      <w:proofErr w:type="spellEnd"/>
      <w:r w:rsidRPr="003A68AB">
        <w:rPr>
          <w:lang w:val="ru-RU"/>
        </w:rPr>
        <w:t xml:space="preserve"> і </w:t>
      </w:r>
      <w:proofErr w:type="spellStart"/>
      <w:r w:rsidRPr="003A68AB">
        <w:rPr>
          <w:lang w:val="ru-RU"/>
        </w:rPr>
        <w:t>впливу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психоемоційного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стресу</w:t>
      </w:r>
      <w:proofErr w:type="spellEnd"/>
      <w:r w:rsidRPr="003A68AB">
        <w:rPr>
          <w:lang w:val="ru-RU"/>
        </w:rPr>
        <w:t xml:space="preserve"> на </w:t>
      </w:r>
      <w:proofErr w:type="spellStart"/>
      <w:r w:rsidRPr="003A68AB">
        <w:rPr>
          <w:lang w:val="ru-RU"/>
        </w:rPr>
        <w:t>серцево-судинну</w:t>
      </w:r>
      <w:proofErr w:type="spellEnd"/>
      <w:r w:rsidRPr="003A68AB">
        <w:rPr>
          <w:lang w:val="ru-RU"/>
        </w:rPr>
        <w:t xml:space="preserve"> систему </w:t>
      </w:r>
      <w:proofErr w:type="spellStart"/>
      <w:r w:rsidRPr="003A68AB">
        <w:rPr>
          <w:lang w:val="ru-RU"/>
        </w:rPr>
        <w:t>дітей</w:t>
      </w:r>
      <w:proofErr w:type="spellEnd"/>
      <w:r w:rsidRPr="003A68AB">
        <w:rPr>
          <w:lang w:val="ru-RU"/>
        </w:rPr>
        <w:t>.</w:t>
      </w:r>
    </w:p>
    <w:p w14:paraId="0776B6CF" w14:textId="77777777" w:rsidR="00216469" w:rsidRPr="003A68AB" w:rsidRDefault="00000000">
      <w:pPr>
        <w:rPr>
          <w:lang w:val="ru-RU"/>
        </w:rPr>
      </w:pPr>
      <w:proofErr w:type="spellStart"/>
      <w:r w:rsidRPr="003A68AB">
        <w:rPr>
          <w:b/>
          <w:sz w:val="28"/>
          <w:lang w:val="ru-RU"/>
        </w:rPr>
        <w:t>Керівництво</w:t>
      </w:r>
      <w:proofErr w:type="spellEnd"/>
      <w:r w:rsidRPr="003A68AB">
        <w:rPr>
          <w:b/>
          <w:sz w:val="28"/>
          <w:lang w:val="ru-RU"/>
        </w:rPr>
        <w:t xml:space="preserve"> та </w:t>
      </w:r>
      <w:proofErr w:type="spellStart"/>
      <w:r w:rsidRPr="003A68AB">
        <w:rPr>
          <w:b/>
          <w:sz w:val="28"/>
          <w:lang w:val="ru-RU"/>
        </w:rPr>
        <w:t>організація</w:t>
      </w:r>
      <w:proofErr w:type="spellEnd"/>
    </w:p>
    <w:p w14:paraId="704FD27A" w14:textId="7FAE58D4" w:rsidR="00216469" w:rsidRPr="003A68AB" w:rsidRDefault="00000000">
      <w:pPr>
        <w:rPr>
          <w:lang w:val="ru-RU"/>
        </w:rPr>
      </w:pPr>
      <w:proofErr w:type="spellStart"/>
      <w:r w:rsidRPr="003A68AB">
        <w:rPr>
          <w:b/>
          <w:lang w:val="ru-RU"/>
        </w:rPr>
        <w:t>Відповідальна</w:t>
      </w:r>
      <w:proofErr w:type="spellEnd"/>
      <w:r w:rsidRPr="003A68AB">
        <w:rPr>
          <w:b/>
          <w:lang w:val="ru-RU"/>
        </w:rPr>
        <w:t xml:space="preserve"> за роботу </w:t>
      </w:r>
      <w:proofErr w:type="spellStart"/>
      <w:r w:rsidRPr="003A68AB">
        <w:rPr>
          <w:b/>
          <w:lang w:val="ru-RU"/>
        </w:rPr>
        <w:t>гуртка</w:t>
      </w:r>
      <w:proofErr w:type="spellEnd"/>
      <w:r w:rsidRPr="003A68AB">
        <w:rPr>
          <w:b/>
          <w:lang w:val="ru-RU"/>
        </w:rPr>
        <w:t xml:space="preserve">: </w:t>
      </w:r>
      <w:r w:rsidRPr="003A68AB">
        <w:rPr>
          <w:lang w:val="ru-RU"/>
        </w:rPr>
        <w:t xml:space="preserve">Горбась </w:t>
      </w:r>
      <w:proofErr w:type="spellStart"/>
      <w:r w:rsidRPr="003A68AB">
        <w:rPr>
          <w:lang w:val="ru-RU"/>
        </w:rPr>
        <w:t>В</w:t>
      </w:r>
      <w:r w:rsidR="003A68AB">
        <w:rPr>
          <w:lang w:val="ru-RU"/>
        </w:rPr>
        <w:t>ікорія</w:t>
      </w:r>
      <w:proofErr w:type="spellEnd"/>
      <w:r w:rsidR="003A68AB">
        <w:rPr>
          <w:lang w:val="ru-RU"/>
        </w:rPr>
        <w:t xml:space="preserve"> АНАТОЛІЇВНА</w:t>
      </w:r>
    </w:p>
    <w:p w14:paraId="414A83C3" w14:textId="257D2D73" w:rsidR="00216469" w:rsidRPr="003A68AB" w:rsidRDefault="00000000">
      <w:pPr>
        <w:rPr>
          <w:lang w:val="ru-RU"/>
        </w:rPr>
      </w:pPr>
      <w:proofErr w:type="spellStart"/>
      <w:r w:rsidRPr="003A68AB">
        <w:rPr>
          <w:b/>
          <w:lang w:val="ru-RU"/>
        </w:rPr>
        <w:t>Місце</w:t>
      </w:r>
      <w:proofErr w:type="spellEnd"/>
      <w:r w:rsidRPr="003A68AB">
        <w:rPr>
          <w:b/>
          <w:lang w:val="ru-RU"/>
        </w:rPr>
        <w:t xml:space="preserve"> </w:t>
      </w:r>
      <w:proofErr w:type="spellStart"/>
      <w:r w:rsidRPr="003A68AB">
        <w:rPr>
          <w:b/>
          <w:lang w:val="ru-RU"/>
        </w:rPr>
        <w:t>проведення</w:t>
      </w:r>
      <w:proofErr w:type="spellEnd"/>
      <w:r w:rsidRPr="003A68AB">
        <w:rPr>
          <w:b/>
          <w:lang w:val="ru-RU"/>
        </w:rPr>
        <w:t xml:space="preserve"> </w:t>
      </w:r>
      <w:proofErr w:type="spellStart"/>
      <w:r w:rsidRPr="003A68AB">
        <w:rPr>
          <w:b/>
          <w:lang w:val="ru-RU"/>
        </w:rPr>
        <w:t>засідань</w:t>
      </w:r>
      <w:proofErr w:type="spellEnd"/>
      <w:r w:rsidRPr="003A68AB">
        <w:rPr>
          <w:b/>
          <w:lang w:val="ru-RU"/>
        </w:rPr>
        <w:t xml:space="preserve">: </w:t>
      </w:r>
      <w:r w:rsidRPr="003A68AB">
        <w:rPr>
          <w:lang w:val="ru-RU"/>
        </w:rPr>
        <w:t>КНП «</w:t>
      </w:r>
      <w:proofErr w:type="spellStart"/>
      <w:r w:rsidRPr="003A68AB">
        <w:rPr>
          <w:lang w:val="ru-RU"/>
        </w:rPr>
        <w:t>Дитяча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клінічна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лікарня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Святої</w:t>
      </w:r>
      <w:proofErr w:type="spellEnd"/>
      <w:r w:rsidRPr="003A68AB">
        <w:rPr>
          <w:lang w:val="ru-RU"/>
        </w:rPr>
        <w:t xml:space="preserve"> </w:t>
      </w:r>
      <w:proofErr w:type="spellStart"/>
      <w:r w:rsidRPr="003A68AB">
        <w:rPr>
          <w:lang w:val="ru-RU"/>
        </w:rPr>
        <w:t>Зінаїди</w:t>
      </w:r>
      <w:proofErr w:type="spellEnd"/>
      <w:r w:rsidRPr="003A68AB">
        <w:rPr>
          <w:lang w:val="ru-RU"/>
        </w:rPr>
        <w:t xml:space="preserve">» СМР, м. </w:t>
      </w:r>
      <w:proofErr w:type="spellStart"/>
      <w:r w:rsidRPr="003A68AB">
        <w:rPr>
          <w:lang w:val="ru-RU"/>
        </w:rPr>
        <w:t>Суми</w:t>
      </w:r>
      <w:proofErr w:type="spellEnd"/>
      <w:r w:rsidR="003A68AB">
        <w:rPr>
          <w:lang w:val="ru-RU"/>
        </w:rPr>
        <w:t xml:space="preserve">, </w:t>
      </w:r>
      <w:r w:rsidR="003A68AB">
        <w:rPr>
          <w:lang w:val="uk-UA"/>
        </w:rPr>
        <w:t>вул. Троїцька,</w:t>
      </w:r>
      <w:r w:rsidR="003A68AB">
        <w:rPr>
          <w:lang w:val="ru-RU"/>
        </w:rPr>
        <w:t xml:space="preserve"> 28, кафедра </w:t>
      </w:r>
      <w:proofErr w:type="spellStart"/>
      <w:r w:rsidR="003A68AB">
        <w:rPr>
          <w:lang w:val="ru-RU"/>
        </w:rPr>
        <w:t>педіатрії</w:t>
      </w:r>
      <w:proofErr w:type="spellEnd"/>
      <w:r w:rsidR="003A68AB">
        <w:rPr>
          <w:lang w:val="ru-RU"/>
        </w:rPr>
        <w:t>.</w:t>
      </w:r>
    </w:p>
    <w:p w14:paraId="62ADA9FA" w14:textId="77777777" w:rsidR="00216469" w:rsidRPr="003A68AB" w:rsidRDefault="00000000">
      <w:pPr>
        <w:rPr>
          <w:lang w:val="ru-RU"/>
        </w:rPr>
      </w:pPr>
      <w:proofErr w:type="spellStart"/>
      <w:r w:rsidRPr="003A68AB">
        <w:rPr>
          <w:b/>
          <w:lang w:val="ru-RU"/>
        </w:rPr>
        <w:t>Кількість</w:t>
      </w:r>
      <w:proofErr w:type="spellEnd"/>
      <w:r w:rsidRPr="003A68AB">
        <w:rPr>
          <w:b/>
          <w:lang w:val="ru-RU"/>
        </w:rPr>
        <w:t xml:space="preserve"> </w:t>
      </w:r>
      <w:proofErr w:type="spellStart"/>
      <w:r w:rsidRPr="003A68AB">
        <w:rPr>
          <w:b/>
          <w:lang w:val="ru-RU"/>
        </w:rPr>
        <w:t>членів</w:t>
      </w:r>
      <w:proofErr w:type="spellEnd"/>
      <w:r w:rsidRPr="003A68AB">
        <w:rPr>
          <w:b/>
          <w:lang w:val="ru-RU"/>
        </w:rPr>
        <w:t xml:space="preserve"> </w:t>
      </w:r>
      <w:proofErr w:type="spellStart"/>
      <w:r w:rsidRPr="003A68AB">
        <w:rPr>
          <w:b/>
          <w:lang w:val="ru-RU"/>
        </w:rPr>
        <w:t>гуртка</w:t>
      </w:r>
      <w:proofErr w:type="spellEnd"/>
      <w:r w:rsidRPr="003A68AB">
        <w:rPr>
          <w:b/>
          <w:lang w:val="ru-RU"/>
        </w:rPr>
        <w:t xml:space="preserve"> у 2026/2027 н. р.: </w:t>
      </w:r>
      <w:r w:rsidRPr="003A68AB">
        <w:rPr>
          <w:lang w:val="ru-RU"/>
        </w:rPr>
        <w:t xml:space="preserve">15 </w:t>
      </w:r>
      <w:proofErr w:type="spellStart"/>
      <w:r w:rsidRPr="003A68AB">
        <w:rPr>
          <w:lang w:val="ru-RU"/>
        </w:rPr>
        <w:t>студентів</w:t>
      </w:r>
      <w:proofErr w:type="spellEnd"/>
      <w:r w:rsidRPr="003A68AB">
        <w:rPr>
          <w:lang w:val="ru-RU"/>
        </w:rPr>
        <w:t>.</w:t>
      </w:r>
    </w:p>
    <w:p w14:paraId="3B5EC95E" w14:textId="4E455D02" w:rsidR="00216469" w:rsidRPr="003A68AB" w:rsidRDefault="00000000">
      <w:pPr>
        <w:jc w:val="center"/>
        <w:rPr>
          <w:lang w:val="ru-RU"/>
        </w:rPr>
      </w:pPr>
      <w:proofErr w:type="spellStart"/>
      <w:r w:rsidRPr="003A68AB">
        <w:rPr>
          <w:b/>
          <w:sz w:val="24"/>
          <w:lang w:val="ru-RU"/>
        </w:rPr>
        <w:t>Знання</w:t>
      </w:r>
      <w:proofErr w:type="spellEnd"/>
      <w:r w:rsidRPr="003A68AB">
        <w:rPr>
          <w:b/>
          <w:sz w:val="24"/>
          <w:lang w:val="ru-RU"/>
        </w:rPr>
        <w:t xml:space="preserve"> • наука • практика • </w:t>
      </w:r>
      <w:proofErr w:type="spellStart"/>
      <w:r w:rsidRPr="003A68AB">
        <w:rPr>
          <w:b/>
          <w:sz w:val="24"/>
          <w:lang w:val="ru-RU"/>
        </w:rPr>
        <w:t>заради</w:t>
      </w:r>
      <w:proofErr w:type="spellEnd"/>
      <w:r w:rsidRPr="003A68AB">
        <w:rPr>
          <w:b/>
          <w:sz w:val="24"/>
          <w:lang w:val="ru-RU"/>
        </w:rPr>
        <w:t xml:space="preserve"> здорового </w:t>
      </w:r>
      <w:proofErr w:type="spellStart"/>
      <w:r w:rsidRPr="003A68AB">
        <w:rPr>
          <w:b/>
          <w:sz w:val="24"/>
          <w:lang w:val="ru-RU"/>
        </w:rPr>
        <w:t>дитинства</w:t>
      </w:r>
      <w:proofErr w:type="spellEnd"/>
      <w:r w:rsidR="003A68AB">
        <w:rPr>
          <w:b/>
          <w:sz w:val="24"/>
          <w:lang w:val="ru-RU"/>
        </w:rPr>
        <w:t>!</w:t>
      </w:r>
    </w:p>
    <w:sectPr w:rsidR="00216469" w:rsidRPr="003A68AB" w:rsidSect="00034616">
      <w:pgSz w:w="12240" w:h="15840"/>
      <w:pgMar w:top="1020" w:right="1247" w:bottom="1020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64118764">
    <w:abstractNumId w:val="8"/>
  </w:num>
  <w:num w:numId="2" w16cid:durableId="83036788">
    <w:abstractNumId w:val="6"/>
  </w:num>
  <w:num w:numId="3" w16cid:durableId="559288971">
    <w:abstractNumId w:val="5"/>
  </w:num>
  <w:num w:numId="4" w16cid:durableId="1667439365">
    <w:abstractNumId w:val="4"/>
  </w:num>
  <w:num w:numId="5" w16cid:durableId="251593837">
    <w:abstractNumId w:val="7"/>
  </w:num>
  <w:num w:numId="6" w16cid:durableId="1269585194">
    <w:abstractNumId w:val="3"/>
  </w:num>
  <w:num w:numId="7" w16cid:durableId="1374040403">
    <w:abstractNumId w:val="2"/>
  </w:num>
  <w:num w:numId="8" w16cid:durableId="1062367475">
    <w:abstractNumId w:val="1"/>
  </w:num>
  <w:num w:numId="9" w16cid:durableId="982588186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16469"/>
    <w:rsid w:val="0029639D"/>
    <w:rsid w:val="00326F90"/>
    <w:rsid w:val="003A68AB"/>
    <w:rsid w:val="0087700A"/>
    <w:rsid w:val="00AA1D8D"/>
    <w:rsid w:val="00B47730"/>
    <w:rsid w:val="00B807BD"/>
    <w:rsid w:val="00CB0664"/>
    <w:rsid w:val="00E17C5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B387E8"/>
  <w14:defaultImageDpi w14:val="300"/>
  <w15:docId w15:val="{814B1FF2-50A9-8A49-84FC-F4FA806BD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Arial" w:hAnsi="Arial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Виктория Горбась</cp:lastModifiedBy>
  <cp:revision>4</cp:revision>
  <dcterms:created xsi:type="dcterms:W3CDTF">2026-09-04T14:46:00Z</dcterms:created>
  <dcterms:modified xsi:type="dcterms:W3CDTF">2026-09-05T07:10:00Z</dcterms:modified>
  <cp:category/>
</cp:coreProperties>
</file>